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254BD" w14:textId="35F199D2" w:rsidR="00F97FB4" w:rsidRDefault="00F97FB4" w:rsidP="00F97FB4">
      <w:pPr>
        <w:pStyle w:val="Titolo1"/>
        <w:jc w:val="right"/>
      </w:pPr>
      <w:r>
        <w:t xml:space="preserve">Al </w:t>
      </w:r>
      <w:proofErr w:type="spellStart"/>
      <w:r>
        <w:t>Direttore</w:t>
      </w:r>
      <w:proofErr w:type="spellEnd"/>
      <w:r>
        <w:t xml:space="preserve">  </w:t>
      </w:r>
    </w:p>
    <w:p w14:paraId="56C56A24" w14:textId="244F6B41" w:rsidR="00E0759B" w:rsidRDefault="00000000">
      <w:pPr>
        <w:pStyle w:val="Titolo1"/>
        <w:jc w:val="center"/>
      </w:pPr>
      <w:r>
        <w:t>RICHIESTA DI RIMBORSO SPESE</w:t>
      </w:r>
      <w:r>
        <w:br/>
        <w:t>(SPESA URGENTE E NON PROGRAMMABILE)</w:t>
      </w:r>
    </w:p>
    <w:p w14:paraId="6E85CABB" w14:textId="77777777" w:rsidR="00E0759B" w:rsidRDefault="00000000">
      <w:r>
        <w:br/>
      </w:r>
    </w:p>
    <w:p w14:paraId="1DBF581B" w14:textId="77777777" w:rsidR="00E0759B" w:rsidRDefault="00000000">
      <w:r>
        <w:t>Il/La sottoscritto/a: ____________________________________________</w:t>
      </w:r>
    </w:p>
    <w:p w14:paraId="50A3B423" w14:textId="77777777" w:rsidR="00E0759B" w:rsidRDefault="00000000">
      <w:r>
        <w:t>Qualifica: ____________________________________________</w:t>
      </w:r>
    </w:p>
    <w:p w14:paraId="334282A0" w14:textId="77777777" w:rsidR="00E0759B" w:rsidRDefault="00000000">
      <w:r>
        <w:t>Struttura/Dipartimento: ____________________________________________</w:t>
      </w:r>
    </w:p>
    <w:p w14:paraId="1999FAC9" w14:textId="77777777" w:rsidR="00E0759B" w:rsidRDefault="00000000">
      <w:r>
        <w:br/>
        <w:t>chiede il rimborso delle spese di seguito indicate,</w:t>
      </w:r>
    </w:p>
    <w:p w14:paraId="4336AF83" w14:textId="77777777" w:rsidR="00E0759B" w:rsidRDefault="00000000">
      <w:r>
        <w:t>effettuate presso la ditta: ____________________________________________</w:t>
      </w:r>
    </w:p>
    <w:p w14:paraId="23F7FACD" w14:textId="77777777" w:rsidR="00E0759B" w:rsidRDefault="00000000">
      <w:r>
        <w:br/>
        <w:t>Per le seguenti esigenze (descrizione dettagliata della spesa urgente e non programmabile):</w:t>
      </w:r>
    </w:p>
    <w:p w14:paraId="7B5D4583" w14:textId="77777777" w:rsidR="00E0759B" w:rsidRDefault="00000000">
      <w:r>
        <w:t>________________________________________________________________________</w:t>
      </w:r>
    </w:p>
    <w:p w14:paraId="4440B7E3" w14:textId="77777777" w:rsidR="00E0759B" w:rsidRDefault="00000000">
      <w:r>
        <w:t>________________________________________________________________________</w:t>
      </w:r>
    </w:p>
    <w:p w14:paraId="01DB5EB4" w14:textId="77777777" w:rsidR="00E0759B" w:rsidRDefault="00000000">
      <w:r>
        <w:br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E0759B" w14:paraId="473AB810" w14:textId="77777777">
        <w:trPr>
          <w:jc w:val="center"/>
        </w:trPr>
        <w:tc>
          <w:tcPr>
            <w:tcW w:w="2160" w:type="dxa"/>
          </w:tcPr>
          <w:p w14:paraId="57CCCDB2" w14:textId="77777777" w:rsidR="00E0759B" w:rsidRDefault="00000000">
            <w:r>
              <w:t>Quantità</w:t>
            </w:r>
          </w:p>
        </w:tc>
        <w:tc>
          <w:tcPr>
            <w:tcW w:w="2160" w:type="dxa"/>
          </w:tcPr>
          <w:p w14:paraId="66FC093E" w14:textId="77777777" w:rsidR="00E0759B" w:rsidRDefault="00000000">
            <w:r>
              <w:t>Descrizione bene/servizio</w:t>
            </w:r>
          </w:p>
        </w:tc>
        <w:tc>
          <w:tcPr>
            <w:tcW w:w="2160" w:type="dxa"/>
          </w:tcPr>
          <w:p w14:paraId="6DFB8FB9" w14:textId="77777777" w:rsidR="00E0759B" w:rsidRDefault="00000000">
            <w:r>
              <w:t>Importo (€)</w:t>
            </w:r>
          </w:p>
        </w:tc>
        <w:tc>
          <w:tcPr>
            <w:tcW w:w="2160" w:type="dxa"/>
          </w:tcPr>
          <w:p w14:paraId="66C5A43D" w14:textId="77777777" w:rsidR="00E0759B" w:rsidRDefault="00000000">
            <w:r>
              <w:t>IVA (€)</w:t>
            </w:r>
          </w:p>
        </w:tc>
      </w:tr>
      <w:tr w:rsidR="00E0759B" w14:paraId="38B9E37A" w14:textId="77777777">
        <w:trPr>
          <w:jc w:val="center"/>
        </w:trPr>
        <w:tc>
          <w:tcPr>
            <w:tcW w:w="2160" w:type="dxa"/>
          </w:tcPr>
          <w:p w14:paraId="32B419FA" w14:textId="77777777" w:rsidR="00E0759B" w:rsidRDefault="00E0759B"/>
        </w:tc>
        <w:tc>
          <w:tcPr>
            <w:tcW w:w="2160" w:type="dxa"/>
          </w:tcPr>
          <w:p w14:paraId="42554F55" w14:textId="77777777" w:rsidR="00E0759B" w:rsidRDefault="00E0759B"/>
        </w:tc>
        <w:tc>
          <w:tcPr>
            <w:tcW w:w="2160" w:type="dxa"/>
          </w:tcPr>
          <w:p w14:paraId="5DD13C9B" w14:textId="77777777" w:rsidR="00E0759B" w:rsidRDefault="00E0759B"/>
        </w:tc>
        <w:tc>
          <w:tcPr>
            <w:tcW w:w="2160" w:type="dxa"/>
          </w:tcPr>
          <w:p w14:paraId="3F0EE026" w14:textId="77777777" w:rsidR="00E0759B" w:rsidRDefault="00E0759B"/>
        </w:tc>
      </w:tr>
    </w:tbl>
    <w:p w14:paraId="4E5898B6" w14:textId="77777777" w:rsidR="00E0759B" w:rsidRDefault="00000000">
      <w:r>
        <w:br/>
        <w:t>Totale complessivo (€): ____________________________</w:t>
      </w:r>
    </w:p>
    <w:p w14:paraId="37E74C58" w14:textId="77777777" w:rsidR="00E0759B" w:rsidRDefault="00000000">
      <w:r>
        <w:br/>
      </w:r>
    </w:p>
    <w:p w14:paraId="3F6897B9" w14:textId="77777777" w:rsidR="00E0759B" w:rsidRDefault="00000000">
      <w:pPr>
        <w:pStyle w:val="Titolo2"/>
      </w:pPr>
      <w:r>
        <w:t>DICHIARAZIONI</w:t>
      </w:r>
    </w:p>
    <w:p w14:paraId="2A916030" w14:textId="77777777" w:rsidR="00E0759B" w:rsidRDefault="00000000">
      <w:r>
        <w:t>Il/La sottoscritto/a, consapevole della responsabilità cui può andare incontro in caso di dichiarazione mendace (art. 76 D.P.R. 445/2000), dichiara che:</w:t>
      </w:r>
    </w:p>
    <w:p w14:paraId="2623CBF5" w14:textId="77777777" w:rsidR="00E0759B" w:rsidRDefault="00000000">
      <w:r>
        <w:t>☐ l’acquisto rientra nelle ipotesi di applicazione del sistema in economia di cui all’art. 36, co. 2, lett. A) del D.Lgs. 56/2016 e art. 47 del Manuale di Amministrazione;</w:t>
      </w:r>
    </w:p>
    <w:p w14:paraId="46544A86" w14:textId="77777777" w:rsidR="00E0759B" w:rsidRDefault="00000000">
      <w:r>
        <w:lastRenderedPageBreak/>
        <w:t>☐ il rimborso riguarda acquisto di materiale inventariabile (edificio ______, piano ___, stanza n. ___, laboratorio ______);</w:t>
      </w:r>
    </w:p>
    <w:p w14:paraId="2ABBCC53" w14:textId="77777777" w:rsidR="00E0759B" w:rsidRDefault="00000000">
      <w:r>
        <w:t>☐ il rimborso riguarda acquisto di materiale di consumo;</w:t>
      </w:r>
    </w:p>
    <w:p w14:paraId="019A573C" w14:textId="77777777" w:rsidR="00E0759B" w:rsidRDefault="00000000">
      <w:r>
        <w:t>☐ il rimborso riguarda fornitura di servizi/prestazioni;</w:t>
      </w:r>
    </w:p>
    <w:p w14:paraId="19114C6D" w14:textId="77777777" w:rsidR="00E0759B" w:rsidRDefault="00000000">
      <w:r>
        <w:br/>
        <w:t>Si allega documentazione fiscale giustificativa.</w:t>
      </w:r>
    </w:p>
    <w:p w14:paraId="47ADAAD8" w14:textId="77777777" w:rsidR="00E0759B" w:rsidRDefault="00000000">
      <w:r>
        <w:br/>
        <w:t>Luogo e data: ____________________________</w:t>
      </w:r>
    </w:p>
    <w:p w14:paraId="6C7FFD1D" w14:textId="77777777" w:rsidR="00E0759B" w:rsidRDefault="00000000">
      <w:r>
        <w:br/>
        <w:t>Firma del Richiedente: ____________________________</w:t>
      </w:r>
    </w:p>
    <w:p w14:paraId="051E4590" w14:textId="77777777" w:rsidR="00E0759B" w:rsidRDefault="00000000">
      <w:r>
        <w:br/>
      </w:r>
    </w:p>
    <w:p w14:paraId="755F5AE2" w14:textId="77777777" w:rsidR="00E0759B" w:rsidRDefault="00000000">
      <w:pPr>
        <w:pStyle w:val="Titolo2"/>
      </w:pPr>
      <w:r>
        <w:t>IMPUTAZIONE FONDI</w:t>
      </w:r>
    </w:p>
    <w:p w14:paraId="662E8B6E" w14:textId="77777777" w:rsidR="00E0759B" w:rsidRDefault="00000000">
      <w:r>
        <w:t>La spesa dovrà essere imputata sui fondi: ____________________________________________</w:t>
      </w:r>
    </w:p>
    <w:p w14:paraId="22A7FA91" w14:textId="77777777" w:rsidR="00E0759B" w:rsidRDefault="00000000">
      <w:r>
        <w:t>Titolare dei fondi (Prof./Dott.): ____________________________________________</w:t>
      </w:r>
    </w:p>
    <w:p w14:paraId="21444CF7" w14:textId="77777777" w:rsidR="00E0759B" w:rsidRDefault="00000000">
      <w:r>
        <w:br/>
        <w:t>Firma del Titolare dei Fondi: ____________________________</w:t>
      </w:r>
    </w:p>
    <w:p w14:paraId="544973B9" w14:textId="77777777" w:rsidR="00E0759B" w:rsidRDefault="00000000">
      <w:r>
        <w:br/>
      </w:r>
    </w:p>
    <w:p w14:paraId="20E971CD" w14:textId="77777777" w:rsidR="00E0759B" w:rsidRDefault="00000000">
      <w:pPr>
        <w:pStyle w:val="Titolo2"/>
      </w:pPr>
      <w:r>
        <w:t>AUTORIZZAZIONE DEL DIRETTORE</w:t>
      </w:r>
    </w:p>
    <w:p w14:paraId="36BF8709" w14:textId="77777777" w:rsidR="00E0759B" w:rsidRDefault="00000000">
      <w:r>
        <w:t>Il Direttore, valutata la richiesta e riscontrate le dichiarazioni del proponente, autorizza l’impegno di spesa sui fondi indicati.</w:t>
      </w:r>
    </w:p>
    <w:p w14:paraId="6CAC3BA2" w14:textId="77777777" w:rsidR="00E0759B" w:rsidRDefault="00000000">
      <w:r>
        <w:br/>
        <w:t>Luogo e data: ____________________________</w:t>
      </w:r>
    </w:p>
    <w:p w14:paraId="2678AE1D" w14:textId="77777777" w:rsidR="00E0759B" w:rsidRDefault="00000000">
      <w:r>
        <w:br/>
        <w:t>Il Direttore del Dipartimento: ____________________________</w:t>
      </w:r>
    </w:p>
    <w:sectPr w:rsidR="00E0759B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68505A" w14:textId="77777777" w:rsidR="00D81EA1" w:rsidRDefault="00D81EA1" w:rsidP="00F97FB4">
      <w:pPr>
        <w:spacing w:after="0" w:line="240" w:lineRule="auto"/>
      </w:pPr>
      <w:r>
        <w:separator/>
      </w:r>
    </w:p>
  </w:endnote>
  <w:endnote w:type="continuationSeparator" w:id="0">
    <w:p w14:paraId="5A42CBE9" w14:textId="77777777" w:rsidR="00D81EA1" w:rsidRDefault="00D81EA1" w:rsidP="00F97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F648A" w14:textId="77777777" w:rsidR="00D81EA1" w:rsidRDefault="00D81EA1" w:rsidP="00F97FB4">
      <w:pPr>
        <w:spacing w:after="0" w:line="240" w:lineRule="auto"/>
      </w:pPr>
      <w:r>
        <w:separator/>
      </w:r>
    </w:p>
  </w:footnote>
  <w:footnote w:type="continuationSeparator" w:id="0">
    <w:p w14:paraId="6F7F309C" w14:textId="77777777" w:rsidR="00D81EA1" w:rsidRDefault="00D81EA1" w:rsidP="00F97F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B53C2" w14:textId="7EF86C52" w:rsidR="00F97FB4" w:rsidRDefault="00F97FB4">
    <w:pPr>
      <w:pStyle w:val="Intestazione"/>
    </w:pPr>
    <w:r>
      <w:rPr>
        <w:noProof/>
      </w:rPr>
      <w:drawing>
        <wp:anchor distT="0" distB="0" distL="0" distR="0" simplePos="0" relativeHeight="251659264" behindDoc="1" locked="0" layoutInCell="1" allowOverlap="1" wp14:anchorId="1B608A7D" wp14:editId="685EE2F1">
          <wp:simplePos x="0" y="0"/>
          <wp:positionH relativeFrom="page">
            <wp:posOffset>571500</wp:posOffset>
          </wp:positionH>
          <wp:positionV relativeFrom="page">
            <wp:posOffset>266700</wp:posOffset>
          </wp:positionV>
          <wp:extent cx="3639185" cy="647700"/>
          <wp:effectExtent l="0" t="0" r="0" b="0"/>
          <wp:wrapNone/>
          <wp:docPr id="1" name="image1.jpeg" descr="Immagine che contiene testo, Carattere, logo, simbol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 descr="Immagine che contiene testo, Carattere, logo, simbolo&#10;&#10;Il contenuto generato dall'IA potrebbe non essere corretto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39185" cy="647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47570327">
    <w:abstractNumId w:val="8"/>
  </w:num>
  <w:num w:numId="2" w16cid:durableId="2006780408">
    <w:abstractNumId w:val="6"/>
  </w:num>
  <w:num w:numId="3" w16cid:durableId="1838811289">
    <w:abstractNumId w:val="5"/>
  </w:num>
  <w:num w:numId="4" w16cid:durableId="1319311819">
    <w:abstractNumId w:val="4"/>
  </w:num>
  <w:num w:numId="5" w16cid:durableId="588660684">
    <w:abstractNumId w:val="7"/>
  </w:num>
  <w:num w:numId="6" w16cid:durableId="1359741517">
    <w:abstractNumId w:val="3"/>
  </w:num>
  <w:num w:numId="7" w16cid:durableId="1635671446">
    <w:abstractNumId w:val="2"/>
  </w:num>
  <w:num w:numId="8" w16cid:durableId="910698379">
    <w:abstractNumId w:val="1"/>
  </w:num>
  <w:num w:numId="9" w16cid:durableId="1159425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14FDB"/>
    <w:rsid w:val="0015074B"/>
    <w:rsid w:val="0029639D"/>
    <w:rsid w:val="00326F90"/>
    <w:rsid w:val="005E1926"/>
    <w:rsid w:val="009172F0"/>
    <w:rsid w:val="00AA1D8D"/>
    <w:rsid w:val="00B47730"/>
    <w:rsid w:val="00CB0664"/>
    <w:rsid w:val="00D81EA1"/>
    <w:rsid w:val="00E0759B"/>
    <w:rsid w:val="00F97FB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93B537"/>
  <w14:defaultImageDpi w14:val="300"/>
  <w15:docId w15:val="{34EDCF6F-158B-4E00-8AFF-2D449B348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Elenia De Alexandris</cp:lastModifiedBy>
  <cp:revision>4</cp:revision>
  <dcterms:created xsi:type="dcterms:W3CDTF">2013-12-23T23:15:00Z</dcterms:created>
  <dcterms:modified xsi:type="dcterms:W3CDTF">2026-02-11T16:26:00Z</dcterms:modified>
  <cp:category/>
</cp:coreProperties>
</file>