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12525" w14:textId="2D9CACE2" w:rsidR="00627052" w:rsidRDefault="00627052" w:rsidP="00627052">
      <w:pPr>
        <w:pStyle w:val="Titolo1"/>
        <w:jc w:val="right"/>
      </w:pPr>
      <w:r>
        <w:t xml:space="preserve">Al </w:t>
      </w:r>
      <w:proofErr w:type="spellStart"/>
      <w:r>
        <w:t>Direttore</w:t>
      </w:r>
      <w:proofErr w:type="spellEnd"/>
    </w:p>
    <w:p w14:paraId="0D41FE53" w14:textId="165DE118" w:rsidR="003E7F95" w:rsidRDefault="00000000">
      <w:pPr>
        <w:pStyle w:val="Titolo1"/>
        <w:jc w:val="center"/>
      </w:pPr>
      <w:r>
        <w:t xml:space="preserve">MODULO DI AUTORIZZAZIONE ALLA SPESA </w:t>
      </w:r>
    </w:p>
    <w:p w14:paraId="37C679E3" w14:textId="77777777" w:rsidR="003E7F95" w:rsidRDefault="00000000">
      <w:r>
        <w:br/>
      </w:r>
    </w:p>
    <w:p w14:paraId="543EDB18" w14:textId="77777777" w:rsidR="003E7F95" w:rsidRDefault="00000000">
      <w:r>
        <w:t>Il/La sottoscritto/a: ____________________________________________</w:t>
      </w:r>
    </w:p>
    <w:p w14:paraId="0A681B90" w14:textId="77777777" w:rsidR="003E7F95" w:rsidRDefault="00000000">
      <w:r>
        <w:t>Email: ____________________________    Telefono: ____________________________</w:t>
      </w:r>
    </w:p>
    <w:p w14:paraId="56F60FBE" w14:textId="77777777" w:rsidR="003E7F95" w:rsidRDefault="00000000">
      <w:r>
        <w:br/>
        <w:t>CHIEDE l’autorizzazione ad eseguire, per l’importo di € ____________________, la seguente spesa:</w:t>
      </w:r>
      <w:r>
        <w:br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3E7F95" w14:paraId="49AAD4CF" w14:textId="77777777">
        <w:trPr>
          <w:jc w:val="center"/>
        </w:trPr>
        <w:tc>
          <w:tcPr>
            <w:tcW w:w="2160" w:type="dxa"/>
          </w:tcPr>
          <w:p w14:paraId="38C6E136" w14:textId="77777777" w:rsidR="003E7F95" w:rsidRDefault="00000000">
            <w:r>
              <w:t>Quantità</w:t>
            </w:r>
          </w:p>
        </w:tc>
        <w:tc>
          <w:tcPr>
            <w:tcW w:w="2160" w:type="dxa"/>
          </w:tcPr>
          <w:p w14:paraId="40BAB1C1" w14:textId="77777777" w:rsidR="003E7F95" w:rsidRDefault="00000000">
            <w:r>
              <w:t>Descrizione</w:t>
            </w:r>
          </w:p>
        </w:tc>
        <w:tc>
          <w:tcPr>
            <w:tcW w:w="2160" w:type="dxa"/>
          </w:tcPr>
          <w:p w14:paraId="55420A7C" w14:textId="77777777" w:rsidR="003E7F95" w:rsidRDefault="00000000">
            <w:r>
              <w:t>Fornitore</w:t>
            </w:r>
          </w:p>
        </w:tc>
        <w:tc>
          <w:tcPr>
            <w:tcW w:w="2160" w:type="dxa"/>
          </w:tcPr>
          <w:p w14:paraId="61991AED" w14:textId="77777777" w:rsidR="003E7F95" w:rsidRDefault="00000000">
            <w:r>
              <w:t>Importo (€)</w:t>
            </w:r>
          </w:p>
        </w:tc>
      </w:tr>
      <w:tr w:rsidR="003E7F95" w14:paraId="2849B31D" w14:textId="77777777">
        <w:trPr>
          <w:jc w:val="center"/>
        </w:trPr>
        <w:tc>
          <w:tcPr>
            <w:tcW w:w="2160" w:type="dxa"/>
          </w:tcPr>
          <w:p w14:paraId="39B2D374" w14:textId="77777777" w:rsidR="003E7F95" w:rsidRDefault="003E7F95"/>
        </w:tc>
        <w:tc>
          <w:tcPr>
            <w:tcW w:w="2160" w:type="dxa"/>
          </w:tcPr>
          <w:p w14:paraId="1C66E335" w14:textId="77777777" w:rsidR="003E7F95" w:rsidRDefault="003E7F95"/>
        </w:tc>
        <w:tc>
          <w:tcPr>
            <w:tcW w:w="2160" w:type="dxa"/>
          </w:tcPr>
          <w:p w14:paraId="32272878" w14:textId="77777777" w:rsidR="003E7F95" w:rsidRDefault="003E7F95"/>
        </w:tc>
        <w:tc>
          <w:tcPr>
            <w:tcW w:w="2160" w:type="dxa"/>
          </w:tcPr>
          <w:p w14:paraId="2348509F" w14:textId="77777777" w:rsidR="003E7F95" w:rsidRDefault="003E7F95"/>
        </w:tc>
      </w:tr>
    </w:tbl>
    <w:p w14:paraId="2E6920B9" w14:textId="77777777" w:rsidR="003E7F95" w:rsidRDefault="00000000">
      <w:r>
        <w:br/>
      </w:r>
    </w:p>
    <w:p w14:paraId="12193419" w14:textId="77777777" w:rsidR="003E7F95" w:rsidRDefault="00000000">
      <w:pPr>
        <w:pStyle w:val="Titolo2"/>
      </w:pPr>
      <w:r>
        <w:t>IMPUTAZIONE DELLA SPESA</w:t>
      </w:r>
    </w:p>
    <w:p w14:paraId="6BF06338" w14:textId="77777777" w:rsidR="003E7F95" w:rsidRDefault="00000000">
      <w:r>
        <w:t>La spesa è imputabile ad un progetto di ricerca:   ☐ SI    ☐ NO</w:t>
      </w:r>
    </w:p>
    <w:p w14:paraId="001B47C5" w14:textId="77777777" w:rsidR="003E7F95" w:rsidRDefault="00000000">
      <w:r>
        <w:t>Se SI, specificare il progetto: ____________________________________________</w:t>
      </w:r>
    </w:p>
    <w:p w14:paraId="319CFDC0" w14:textId="77777777" w:rsidR="003E7F95" w:rsidRDefault="00000000">
      <w:r>
        <w:t>Responsabile Scientifico (Prof./Dott.): ____________________________________________</w:t>
      </w:r>
    </w:p>
    <w:p w14:paraId="6EBF7688" w14:textId="77777777" w:rsidR="003E7F95" w:rsidRDefault="00000000">
      <w:r>
        <w:br/>
        <w:t>La spesa è riferita a:</w:t>
      </w:r>
    </w:p>
    <w:p w14:paraId="42332815" w14:textId="77777777" w:rsidR="003E7F95" w:rsidRDefault="00000000">
      <w:r>
        <w:t>☐ Servizi / Spese postali / Valori bollati</w:t>
      </w:r>
    </w:p>
    <w:p w14:paraId="3F957E07" w14:textId="77777777" w:rsidR="003E7F95" w:rsidRDefault="00000000">
      <w:r>
        <w:t>☐ Beni consumabili / Manutenzioni</w:t>
      </w:r>
    </w:p>
    <w:p w14:paraId="6510A88F" w14:textId="77777777" w:rsidR="003E7F95" w:rsidRDefault="00000000">
      <w:r>
        <w:t>☐ Attrezzature varie e minute non soggette ad inventariazione</w:t>
      </w:r>
    </w:p>
    <w:p w14:paraId="4B1F63DE" w14:textId="77777777" w:rsidR="003E7F95" w:rsidRDefault="00000000">
      <w:r>
        <w:t>☐ Beni da inventariare</w:t>
      </w:r>
    </w:p>
    <w:p w14:paraId="0E472766" w14:textId="77777777" w:rsidR="003E7F95" w:rsidRDefault="00000000">
      <w:r>
        <w:t>☐ Materiale librario (non soggetto ad inventariazione)</w:t>
      </w:r>
    </w:p>
    <w:p w14:paraId="5ABF2F2C" w14:textId="77777777" w:rsidR="003E7F95" w:rsidRDefault="00000000">
      <w:r>
        <w:t>☐ Spese contrattuali, di registrazione, visure catastali, imposte, tasse, canoni e diritti erariali</w:t>
      </w:r>
    </w:p>
    <w:p w14:paraId="738190E2" w14:textId="77777777" w:rsidR="003E7F95" w:rsidRDefault="00000000">
      <w:r>
        <w:t>☐ Inserzioni su quotidiani/periodici e altre pubblicazioni richieste dalla legge</w:t>
      </w:r>
    </w:p>
    <w:p w14:paraId="4CA02F81" w14:textId="77777777" w:rsidR="003E7F95" w:rsidRDefault="00000000">
      <w:r>
        <w:lastRenderedPageBreak/>
        <w:br/>
      </w:r>
    </w:p>
    <w:p w14:paraId="384B3604" w14:textId="77777777" w:rsidR="003E7F95" w:rsidRDefault="00000000">
      <w:pPr>
        <w:pStyle w:val="Titolo2"/>
      </w:pPr>
      <w:r>
        <w:t>DICHIARAZIONE DI NON PROGRAMMABILITÀ</w:t>
      </w:r>
    </w:p>
    <w:p w14:paraId="3863FC3D" w14:textId="77777777" w:rsidR="003E7F95" w:rsidRDefault="00000000">
      <w:r>
        <w:t>Il/La sottoscritto/a dichiara che la necessità di procedere all’acquisto riveste carattere di urgenza e non programmabilità per le seguenti motivazioni:</w:t>
      </w:r>
    </w:p>
    <w:p w14:paraId="6ED08042" w14:textId="77777777" w:rsidR="003E7F95" w:rsidRDefault="00000000">
      <w:r>
        <w:t>________________________________________________________________________</w:t>
      </w:r>
    </w:p>
    <w:p w14:paraId="4FD5447C" w14:textId="77777777" w:rsidR="003E7F95" w:rsidRDefault="00000000">
      <w:r>
        <w:t>________________________________________________________________________</w:t>
      </w:r>
    </w:p>
    <w:p w14:paraId="43B12116" w14:textId="77777777" w:rsidR="003E7F95" w:rsidRDefault="00000000">
      <w:r>
        <w:t>________________________________________________________________________</w:t>
      </w:r>
    </w:p>
    <w:p w14:paraId="7D4F333D" w14:textId="77777777" w:rsidR="003E7F95" w:rsidRDefault="00000000">
      <w:r>
        <w:br/>
        <w:t>Luogo e data: ____________________________</w:t>
      </w:r>
    </w:p>
    <w:p w14:paraId="626D9ABA" w14:textId="77777777" w:rsidR="003E7F95" w:rsidRDefault="00000000">
      <w:r>
        <w:br/>
        <w:t>Firma del Richiedente: ____________________________</w:t>
      </w:r>
    </w:p>
    <w:p w14:paraId="21D5BD3F" w14:textId="77777777" w:rsidR="003E7F95" w:rsidRDefault="00000000">
      <w:r>
        <w:t>Firma del Responsabile Scientifico (se previsto): ____________________________</w:t>
      </w:r>
    </w:p>
    <w:p w14:paraId="1FC9CE0A" w14:textId="77777777" w:rsidR="003E7F95" w:rsidRDefault="00000000">
      <w:r>
        <w:br/>
      </w:r>
    </w:p>
    <w:p w14:paraId="1BF2194C" w14:textId="77777777" w:rsidR="003E7F95" w:rsidRDefault="00000000">
      <w:pPr>
        <w:pStyle w:val="Titolo2"/>
      </w:pPr>
      <w:r>
        <w:t>AUTORIZZAZIONE DEL DIRETTORE</w:t>
      </w:r>
    </w:p>
    <w:p w14:paraId="31C12CE9" w14:textId="77777777" w:rsidR="003E7F95" w:rsidRDefault="00000000">
      <w:r>
        <w:t>Verificato che la spesa rispetta le condizioni di eccezionalità e non programmabilità sopra riportate ed è coerente con l’attività professionale del richiedente, si autorizza l’esecuzione della spesa.</w:t>
      </w:r>
    </w:p>
    <w:p w14:paraId="5AE4B83D" w14:textId="77777777" w:rsidR="003E7F95" w:rsidRDefault="00000000">
      <w:r>
        <w:br/>
        <w:t>Luogo e data: ____________________________</w:t>
      </w:r>
    </w:p>
    <w:p w14:paraId="137CF4F3" w14:textId="77777777" w:rsidR="003E7F95" w:rsidRDefault="00000000">
      <w:r>
        <w:br/>
        <w:t>Firma del Direttore: ____________________________</w:t>
      </w:r>
    </w:p>
    <w:sectPr w:rsidR="003E7F95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D85E06" w14:textId="77777777" w:rsidR="00576B00" w:rsidRDefault="00576B00" w:rsidP="00627052">
      <w:pPr>
        <w:spacing w:after="0" w:line="240" w:lineRule="auto"/>
      </w:pPr>
      <w:r>
        <w:separator/>
      </w:r>
    </w:p>
  </w:endnote>
  <w:endnote w:type="continuationSeparator" w:id="0">
    <w:p w14:paraId="32E663C6" w14:textId="77777777" w:rsidR="00576B00" w:rsidRDefault="00576B00" w:rsidP="00627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EA75AE" w14:textId="77777777" w:rsidR="00576B00" w:rsidRDefault="00576B00" w:rsidP="00627052">
      <w:pPr>
        <w:spacing w:after="0" w:line="240" w:lineRule="auto"/>
      </w:pPr>
      <w:r>
        <w:separator/>
      </w:r>
    </w:p>
  </w:footnote>
  <w:footnote w:type="continuationSeparator" w:id="0">
    <w:p w14:paraId="3DA4AAC3" w14:textId="77777777" w:rsidR="00576B00" w:rsidRDefault="00576B00" w:rsidP="006270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C3A89" w14:textId="69539D27" w:rsidR="00627052" w:rsidRDefault="00627052">
    <w:pPr>
      <w:pStyle w:val="Intestazione"/>
    </w:pPr>
    <w:r>
      <w:rPr>
        <w:noProof/>
      </w:rPr>
      <w:drawing>
        <wp:anchor distT="0" distB="0" distL="0" distR="0" simplePos="0" relativeHeight="251659264" behindDoc="1" locked="0" layoutInCell="1" allowOverlap="1" wp14:anchorId="47C0D262" wp14:editId="4C05D234">
          <wp:simplePos x="0" y="0"/>
          <wp:positionH relativeFrom="page">
            <wp:posOffset>590550</wp:posOffset>
          </wp:positionH>
          <wp:positionV relativeFrom="page">
            <wp:posOffset>123825</wp:posOffset>
          </wp:positionV>
          <wp:extent cx="3639185" cy="647700"/>
          <wp:effectExtent l="0" t="0" r="0" b="0"/>
          <wp:wrapNone/>
          <wp:docPr id="1" name="image1.jpeg" descr="Immagine che contiene testo, Carattere, logo, simbol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 descr="Immagine che contiene testo, Carattere, logo, simbolo&#10;&#10;Il contenuto generato dall'IA potrebbe non essere corretto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39185" cy="647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01082221">
    <w:abstractNumId w:val="8"/>
  </w:num>
  <w:num w:numId="2" w16cid:durableId="14625146">
    <w:abstractNumId w:val="6"/>
  </w:num>
  <w:num w:numId="3" w16cid:durableId="1705210277">
    <w:abstractNumId w:val="5"/>
  </w:num>
  <w:num w:numId="4" w16cid:durableId="327951160">
    <w:abstractNumId w:val="4"/>
  </w:num>
  <w:num w:numId="5" w16cid:durableId="1830712961">
    <w:abstractNumId w:val="7"/>
  </w:num>
  <w:num w:numId="6" w16cid:durableId="813988311">
    <w:abstractNumId w:val="3"/>
  </w:num>
  <w:num w:numId="7" w16cid:durableId="1607538208">
    <w:abstractNumId w:val="2"/>
  </w:num>
  <w:num w:numId="8" w16cid:durableId="799493513">
    <w:abstractNumId w:val="1"/>
  </w:num>
  <w:num w:numId="9" w16cid:durableId="9370559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E7F95"/>
    <w:rsid w:val="00576B00"/>
    <w:rsid w:val="005E1926"/>
    <w:rsid w:val="00627052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D47818"/>
  <w14:defaultImageDpi w14:val="300"/>
  <w15:docId w15:val="{34EDCF6F-158B-4E00-8AFF-2D449B348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Elenia De Alexandris</cp:lastModifiedBy>
  <cp:revision>2</cp:revision>
  <dcterms:created xsi:type="dcterms:W3CDTF">2013-12-23T23:15:00Z</dcterms:created>
  <dcterms:modified xsi:type="dcterms:W3CDTF">2026-02-11T16:27:00Z</dcterms:modified>
  <cp:category/>
</cp:coreProperties>
</file>