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88A59E" w14:textId="77777777" w:rsidR="00E77895" w:rsidRDefault="00E77895" w:rsidP="00DE6EA6">
      <w:pPr>
        <w:pStyle w:val="Nessunaspaziatura"/>
        <w:rPr>
          <w:lang w:val="it-IT"/>
        </w:rPr>
      </w:pPr>
    </w:p>
    <w:p w14:paraId="09AA645A" w14:textId="443402C2" w:rsidR="00DE6EA6" w:rsidRPr="00CF0A88" w:rsidRDefault="00DE6EA6" w:rsidP="00DE6EA6">
      <w:pPr>
        <w:pStyle w:val="Nessunaspaziatura"/>
        <w:rPr>
          <w:b/>
          <w:bCs/>
          <w:sz w:val="20"/>
          <w:szCs w:val="20"/>
          <w:lang w:val="it-IT"/>
        </w:rPr>
      </w:pPr>
      <w:r w:rsidRPr="00CF0A88">
        <w:rPr>
          <w:b/>
          <w:bCs/>
          <w:sz w:val="20"/>
          <w:szCs w:val="20"/>
          <w:lang w:val="it-IT"/>
        </w:rPr>
        <w:t xml:space="preserve">Università degli Studi della Tuscia </w:t>
      </w:r>
    </w:p>
    <w:p w14:paraId="43259B5A" w14:textId="77777777" w:rsidR="00DE6EA6" w:rsidRPr="00CF0A88" w:rsidRDefault="00DE6EA6" w:rsidP="00DE6EA6">
      <w:pPr>
        <w:pStyle w:val="Nessunaspaziatura"/>
        <w:rPr>
          <w:sz w:val="20"/>
          <w:szCs w:val="20"/>
          <w:lang w:val="it-IT"/>
        </w:rPr>
      </w:pPr>
      <w:r w:rsidRPr="00CF0A88">
        <w:rPr>
          <w:sz w:val="20"/>
          <w:szCs w:val="20"/>
          <w:lang w:val="it-IT"/>
        </w:rPr>
        <w:t xml:space="preserve">Via Santa Maria in Gradi, 4 – 01100 Viterbo (VT) </w:t>
      </w:r>
    </w:p>
    <w:p w14:paraId="1FB663E7" w14:textId="002A5E9C" w:rsidR="00DE6EA6" w:rsidRPr="00CF0A88" w:rsidRDefault="00DE6EA6" w:rsidP="00DE6EA6">
      <w:pPr>
        <w:pStyle w:val="Nessunaspaziatura"/>
        <w:rPr>
          <w:sz w:val="20"/>
          <w:szCs w:val="20"/>
          <w:lang w:val="it-IT"/>
        </w:rPr>
      </w:pPr>
      <w:r w:rsidRPr="00CF0A88">
        <w:rPr>
          <w:sz w:val="20"/>
          <w:szCs w:val="20"/>
          <w:lang w:val="it-IT"/>
        </w:rPr>
        <w:t xml:space="preserve">Tel. +39 0761 3571 – </w:t>
      </w:r>
      <w:hyperlink r:id="rId8" w:history="1">
        <w:r w:rsidRPr="00CF0A88">
          <w:rPr>
            <w:rStyle w:val="Collegamentoipertestuale"/>
            <w:sz w:val="20"/>
            <w:szCs w:val="20"/>
            <w:lang w:val="it-IT"/>
          </w:rPr>
          <w:t>www.unitus.it</w:t>
        </w:r>
      </w:hyperlink>
    </w:p>
    <w:p w14:paraId="77BD300D" w14:textId="721ACCB8" w:rsidR="0048381A" w:rsidRDefault="007C3182" w:rsidP="00E77895">
      <w:pPr>
        <w:pStyle w:val="Nessunaspaziatura"/>
        <w:spacing w:line="360" w:lineRule="auto"/>
        <w:jc w:val="right"/>
        <w:rPr>
          <w:sz w:val="20"/>
          <w:szCs w:val="20"/>
          <w:lang w:val="it-IT"/>
        </w:rPr>
      </w:pPr>
      <w:r w:rsidRPr="00CF0A88">
        <w:rPr>
          <w:sz w:val="20"/>
          <w:szCs w:val="20"/>
          <w:lang w:val="it-IT"/>
        </w:rPr>
        <w:br/>
        <w:t>Alla cortese attenzione del</w:t>
      </w:r>
      <w:r w:rsidRPr="00CF0A88">
        <w:rPr>
          <w:sz w:val="20"/>
          <w:szCs w:val="20"/>
          <w:lang w:val="it-IT"/>
        </w:rPr>
        <w:br/>
        <w:t>Prof./Prof.ssa ____________________________</w:t>
      </w:r>
      <w:r w:rsidR="00CF0A88" w:rsidRPr="00CF0A88">
        <w:rPr>
          <w:sz w:val="20"/>
          <w:szCs w:val="20"/>
          <w:lang w:val="it-IT"/>
        </w:rPr>
        <w:t>__________________________</w:t>
      </w:r>
    </w:p>
    <w:p w14:paraId="0E0881F1" w14:textId="77777777" w:rsidR="00E77895" w:rsidRDefault="00E77895" w:rsidP="00E77895">
      <w:pPr>
        <w:spacing w:line="360" w:lineRule="auto"/>
        <w:rPr>
          <w:b/>
          <w:sz w:val="20"/>
          <w:szCs w:val="20"/>
          <w:lang w:val="it-IT"/>
        </w:rPr>
      </w:pPr>
    </w:p>
    <w:p w14:paraId="665206FE" w14:textId="3DAE43DF" w:rsidR="00397DE8" w:rsidRDefault="007C3182" w:rsidP="00E77895">
      <w:pPr>
        <w:spacing w:line="360" w:lineRule="auto"/>
        <w:rPr>
          <w:sz w:val="20"/>
          <w:szCs w:val="20"/>
          <w:lang w:val="it-IT"/>
        </w:rPr>
      </w:pPr>
      <w:r w:rsidRPr="00CF0A88">
        <w:rPr>
          <w:b/>
          <w:sz w:val="20"/>
          <w:szCs w:val="20"/>
          <w:lang w:val="it-IT"/>
        </w:rPr>
        <w:t>Oggetto: Invito a svolgere missione ai fini del rimborso spese</w:t>
      </w:r>
      <w:r w:rsidRPr="00CF0A88">
        <w:rPr>
          <w:sz w:val="20"/>
          <w:szCs w:val="20"/>
          <w:lang w:val="it-IT"/>
        </w:rPr>
        <w:br/>
      </w:r>
      <w:r w:rsidRPr="00CF0A88">
        <w:rPr>
          <w:sz w:val="20"/>
          <w:szCs w:val="20"/>
          <w:lang w:val="it-IT"/>
        </w:rPr>
        <w:br/>
        <w:t>Il/La sottoscritto/a Prof./Prof.ssa ____________________________</w:t>
      </w:r>
      <w:r w:rsidR="00CF0A88" w:rsidRPr="00CF0A88">
        <w:rPr>
          <w:sz w:val="20"/>
          <w:szCs w:val="20"/>
          <w:lang w:val="it-IT"/>
        </w:rPr>
        <w:t>_____________________</w:t>
      </w:r>
      <w:r w:rsidR="00EC5B10">
        <w:rPr>
          <w:sz w:val="20"/>
          <w:szCs w:val="20"/>
          <w:lang w:val="it-IT"/>
        </w:rPr>
        <w:t>_______</w:t>
      </w:r>
      <w:proofErr w:type="gramStart"/>
      <w:r w:rsidR="00CF0A88" w:rsidRPr="00CF0A88">
        <w:rPr>
          <w:sz w:val="20"/>
          <w:szCs w:val="20"/>
          <w:lang w:val="it-IT"/>
        </w:rPr>
        <w:t>_</w:t>
      </w:r>
      <w:r w:rsidRPr="00CF0A88">
        <w:rPr>
          <w:sz w:val="20"/>
          <w:szCs w:val="20"/>
          <w:lang w:val="it-IT"/>
        </w:rPr>
        <w:t>,</w:t>
      </w:r>
      <w:r w:rsidR="00EC5B10">
        <w:rPr>
          <w:sz w:val="20"/>
          <w:szCs w:val="20"/>
          <w:lang w:val="it-IT"/>
        </w:rPr>
        <w:t xml:space="preserve">   </w:t>
      </w:r>
      <w:proofErr w:type="gramEnd"/>
      <w:r w:rsidR="00EC5B10">
        <w:rPr>
          <w:sz w:val="20"/>
          <w:szCs w:val="20"/>
          <w:lang w:val="it-IT"/>
        </w:rPr>
        <w:t xml:space="preserve">                                                               </w:t>
      </w:r>
      <w:r w:rsidRPr="00CF0A88">
        <w:rPr>
          <w:sz w:val="20"/>
          <w:szCs w:val="20"/>
          <w:lang w:val="it-IT"/>
        </w:rPr>
        <w:t>in qualità di ___________________________</w:t>
      </w:r>
      <w:r w:rsidR="00CF0A88" w:rsidRPr="00CF0A88">
        <w:rPr>
          <w:sz w:val="20"/>
          <w:szCs w:val="20"/>
          <w:lang w:val="it-IT"/>
        </w:rPr>
        <w:t>____________</w:t>
      </w:r>
      <w:r w:rsidRPr="00CF0A88">
        <w:rPr>
          <w:sz w:val="20"/>
          <w:szCs w:val="20"/>
          <w:lang w:val="it-IT"/>
        </w:rPr>
        <w:t>_</w:t>
      </w:r>
      <w:r w:rsidR="00EC5B10">
        <w:rPr>
          <w:sz w:val="20"/>
          <w:szCs w:val="20"/>
          <w:lang w:val="it-IT"/>
        </w:rPr>
        <w:t>___________</w:t>
      </w:r>
      <w:r w:rsidRPr="00CF0A88">
        <w:rPr>
          <w:sz w:val="20"/>
          <w:szCs w:val="20"/>
          <w:lang w:val="it-IT"/>
        </w:rPr>
        <w:t xml:space="preserve"> presso l’Università degli Studi ____________________________</w:t>
      </w:r>
      <w:r w:rsidR="00EC5B10">
        <w:rPr>
          <w:sz w:val="20"/>
          <w:szCs w:val="20"/>
          <w:lang w:val="it-IT"/>
        </w:rPr>
        <w:t>________</w:t>
      </w:r>
      <w:r w:rsidRPr="00CF0A88">
        <w:rPr>
          <w:sz w:val="20"/>
          <w:szCs w:val="20"/>
          <w:lang w:val="it-IT"/>
        </w:rPr>
        <w:t>, invita il/la Prof./Prof.ssa ____________________________</w:t>
      </w:r>
      <w:r w:rsidR="00CF0A88" w:rsidRPr="00CF0A88">
        <w:rPr>
          <w:sz w:val="20"/>
          <w:szCs w:val="20"/>
          <w:lang w:val="it-IT"/>
        </w:rPr>
        <w:t>___________________</w:t>
      </w:r>
      <w:r w:rsidRPr="00CF0A88">
        <w:rPr>
          <w:sz w:val="20"/>
          <w:szCs w:val="20"/>
          <w:lang w:val="it-IT"/>
        </w:rPr>
        <w:t xml:space="preserve"> a </w:t>
      </w:r>
      <w:r w:rsidR="00E77895">
        <w:rPr>
          <w:sz w:val="20"/>
          <w:szCs w:val="20"/>
          <w:lang w:val="it-IT"/>
        </w:rPr>
        <w:t>partecipare</w:t>
      </w:r>
      <w:r w:rsidR="00397DE8">
        <w:rPr>
          <w:sz w:val="20"/>
          <w:szCs w:val="20"/>
          <w:lang w:val="it-IT"/>
        </w:rPr>
        <w:t xml:space="preserve"> </w:t>
      </w:r>
      <w:r w:rsidR="00E77895">
        <w:rPr>
          <w:sz w:val="20"/>
          <w:szCs w:val="20"/>
          <w:lang w:val="it-IT"/>
        </w:rPr>
        <w:t>___________________</w:t>
      </w:r>
      <w:r w:rsidR="00397DE8">
        <w:rPr>
          <w:sz w:val="20"/>
          <w:szCs w:val="20"/>
          <w:lang w:val="it-IT"/>
        </w:rPr>
        <w:t>_________________________</w:t>
      </w:r>
    </w:p>
    <w:p w14:paraId="05FB21C6" w14:textId="69069C7D" w:rsidR="00CF0A88" w:rsidRPr="00CF0A88" w:rsidRDefault="00397DE8" w:rsidP="00E77895">
      <w:pPr>
        <w:spacing w:line="360" w:lineRule="auto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  <w:t xml:space="preserve">__________________________________________________________________________________________________ </w:t>
      </w:r>
      <w:r w:rsidR="00E77895" w:rsidRPr="00E77895">
        <w:rPr>
          <w:i/>
          <w:sz w:val="18"/>
          <w:szCs w:val="18"/>
          <w:lang w:val="it-IT"/>
        </w:rPr>
        <w:t xml:space="preserve">(descrizione delle finalità dell’evento) </w:t>
      </w:r>
      <w:r w:rsidR="00E77895">
        <w:rPr>
          <w:sz w:val="20"/>
          <w:szCs w:val="20"/>
          <w:lang w:val="it-IT"/>
        </w:rPr>
        <w:t xml:space="preserve">per fini </w:t>
      </w:r>
      <w:r w:rsidR="007C3182" w:rsidRPr="00CF0A88">
        <w:rPr>
          <w:sz w:val="20"/>
          <w:szCs w:val="20"/>
          <w:lang w:val="it-IT"/>
        </w:rPr>
        <w:t>istituzional</w:t>
      </w:r>
      <w:r w:rsidR="00E77895">
        <w:rPr>
          <w:sz w:val="20"/>
          <w:szCs w:val="20"/>
          <w:lang w:val="it-IT"/>
        </w:rPr>
        <w:t>i,</w:t>
      </w:r>
      <w:r w:rsidR="007C3182" w:rsidRPr="00CF0A88">
        <w:rPr>
          <w:sz w:val="20"/>
          <w:szCs w:val="20"/>
          <w:lang w:val="it-IT"/>
        </w:rPr>
        <w:t xml:space="preserve"> nell’ambito delle attività del Dipartimento.</w:t>
      </w:r>
      <w:r w:rsidR="007C3182" w:rsidRPr="00CF0A88">
        <w:rPr>
          <w:sz w:val="20"/>
          <w:szCs w:val="20"/>
          <w:lang w:val="it-IT"/>
        </w:rPr>
        <w:br/>
      </w:r>
      <w:r w:rsidR="007C3182" w:rsidRPr="00CF0A88">
        <w:rPr>
          <w:sz w:val="20"/>
          <w:szCs w:val="20"/>
          <w:lang w:val="it-IT"/>
        </w:rPr>
        <w:br/>
        <w:t>La missione si svolgerà dal _________</w:t>
      </w:r>
      <w:r w:rsidR="00CF0A88" w:rsidRPr="00CF0A88">
        <w:rPr>
          <w:sz w:val="20"/>
          <w:szCs w:val="20"/>
          <w:lang w:val="it-IT"/>
        </w:rPr>
        <w:t>______</w:t>
      </w:r>
      <w:r w:rsidR="007C3182" w:rsidRPr="00CF0A88">
        <w:rPr>
          <w:sz w:val="20"/>
          <w:szCs w:val="20"/>
          <w:lang w:val="it-IT"/>
        </w:rPr>
        <w:t>_</w:t>
      </w:r>
      <w:r w:rsidR="00CF0A88" w:rsidRPr="00CF0A88">
        <w:rPr>
          <w:sz w:val="20"/>
          <w:szCs w:val="20"/>
          <w:lang w:val="it-IT"/>
        </w:rPr>
        <w:t>_</w:t>
      </w:r>
      <w:r w:rsidR="007C3182" w:rsidRPr="00CF0A88">
        <w:rPr>
          <w:sz w:val="20"/>
          <w:szCs w:val="20"/>
          <w:lang w:val="it-IT"/>
        </w:rPr>
        <w:t xml:space="preserve"> al _________</w:t>
      </w:r>
      <w:r w:rsidR="00CF0A88" w:rsidRPr="00CF0A88">
        <w:rPr>
          <w:sz w:val="20"/>
          <w:szCs w:val="20"/>
          <w:lang w:val="it-IT"/>
        </w:rPr>
        <w:t>__</w:t>
      </w:r>
      <w:r w:rsidR="003438A1">
        <w:rPr>
          <w:sz w:val="20"/>
          <w:szCs w:val="20"/>
          <w:lang w:val="it-IT"/>
        </w:rPr>
        <w:t>__</w:t>
      </w:r>
      <w:r w:rsidR="00CF0A88" w:rsidRPr="00CF0A88">
        <w:rPr>
          <w:sz w:val="20"/>
          <w:szCs w:val="20"/>
          <w:lang w:val="it-IT"/>
        </w:rPr>
        <w:t>___</w:t>
      </w:r>
      <w:r w:rsidR="007C3182" w:rsidRPr="00CF0A88">
        <w:rPr>
          <w:sz w:val="20"/>
          <w:szCs w:val="20"/>
          <w:lang w:val="it-IT"/>
        </w:rPr>
        <w:t>_ presso</w:t>
      </w:r>
      <w:r w:rsidR="00CF0A88" w:rsidRPr="00CF0A88">
        <w:rPr>
          <w:sz w:val="20"/>
          <w:szCs w:val="20"/>
          <w:lang w:val="it-IT"/>
        </w:rPr>
        <w:t xml:space="preserve"> </w:t>
      </w:r>
      <w:r w:rsidR="00CF0A88" w:rsidRPr="00AA406A">
        <w:rPr>
          <w:sz w:val="20"/>
          <w:szCs w:val="20"/>
          <w:lang w:val="it-IT"/>
        </w:rPr>
        <w:t>_________________________</w:t>
      </w:r>
      <w:r w:rsidR="003438A1" w:rsidRPr="00AA406A">
        <w:rPr>
          <w:sz w:val="20"/>
          <w:szCs w:val="20"/>
          <w:lang w:val="it-IT"/>
        </w:rPr>
        <w:t>_____________</w:t>
      </w:r>
      <w:r w:rsidR="00CF0A88" w:rsidRPr="00AA406A">
        <w:rPr>
          <w:sz w:val="20"/>
          <w:szCs w:val="20"/>
          <w:lang w:val="it-IT"/>
        </w:rPr>
        <w:t>____</w:t>
      </w:r>
      <w:r w:rsidR="007C3182" w:rsidRPr="00AA406A">
        <w:rPr>
          <w:sz w:val="20"/>
          <w:szCs w:val="20"/>
          <w:lang w:val="it-IT"/>
        </w:rPr>
        <w:t xml:space="preserve"> </w:t>
      </w:r>
      <w:r w:rsidR="007C3182" w:rsidRPr="00E77895">
        <w:rPr>
          <w:i/>
          <w:sz w:val="18"/>
          <w:szCs w:val="18"/>
          <w:lang w:val="it-IT"/>
        </w:rPr>
        <w:t>(destinazione)</w:t>
      </w:r>
      <w:r w:rsidR="007C3182" w:rsidRPr="00AA406A">
        <w:rPr>
          <w:sz w:val="20"/>
          <w:szCs w:val="20"/>
          <w:lang w:val="it-IT"/>
        </w:rPr>
        <w:t>,</w:t>
      </w:r>
      <w:r w:rsidR="007C3182" w:rsidRPr="00CF0A88">
        <w:rPr>
          <w:sz w:val="20"/>
          <w:szCs w:val="20"/>
          <w:lang w:val="it-IT"/>
        </w:rPr>
        <w:t xml:space="preserve"> </w:t>
      </w:r>
    </w:p>
    <w:p w14:paraId="5BABBC71" w14:textId="2858CA5B" w:rsidR="00DE6EA6" w:rsidRPr="00CF0A88" w:rsidRDefault="007C3182" w:rsidP="00E77895">
      <w:pPr>
        <w:spacing w:line="360" w:lineRule="auto"/>
        <w:rPr>
          <w:sz w:val="20"/>
          <w:szCs w:val="20"/>
          <w:lang w:val="it-IT"/>
        </w:rPr>
      </w:pPr>
      <w:r w:rsidRPr="00CF0A88">
        <w:rPr>
          <w:sz w:val="20"/>
          <w:szCs w:val="20"/>
          <w:lang w:val="it-IT"/>
        </w:rPr>
        <w:br/>
      </w:r>
      <w:r w:rsidR="00E77895" w:rsidRPr="00E77895">
        <w:rPr>
          <w:i/>
          <w:sz w:val="18"/>
          <w:szCs w:val="18"/>
          <w:lang w:val="it-IT"/>
        </w:rPr>
        <w:t>(</w:t>
      </w:r>
      <w:proofErr w:type="gramStart"/>
      <w:r w:rsidR="00E77895" w:rsidRPr="00E77895">
        <w:rPr>
          <w:i/>
          <w:sz w:val="18"/>
          <w:szCs w:val="18"/>
          <w:lang w:val="it-IT"/>
        </w:rPr>
        <w:t>opzionale</w:t>
      </w:r>
      <w:proofErr w:type="gramEnd"/>
      <w:r w:rsidR="00E77895" w:rsidRPr="00E77895">
        <w:rPr>
          <w:i/>
          <w:sz w:val="18"/>
          <w:szCs w:val="18"/>
          <w:lang w:val="it-IT"/>
        </w:rPr>
        <w:t>)</w:t>
      </w:r>
      <w:r w:rsidR="00E77895">
        <w:rPr>
          <w:sz w:val="20"/>
          <w:szCs w:val="20"/>
          <w:lang w:val="it-IT"/>
        </w:rPr>
        <w:t xml:space="preserve"> </w:t>
      </w:r>
      <w:r w:rsidRPr="00CF0A88">
        <w:rPr>
          <w:sz w:val="20"/>
          <w:szCs w:val="20"/>
          <w:lang w:val="it-IT"/>
        </w:rPr>
        <w:t xml:space="preserve">Ai fini dello svolgimento della missione, il </w:t>
      </w:r>
      <w:r w:rsidR="00CF0A88" w:rsidRPr="00CF0A88">
        <w:rPr>
          <w:sz w:val="20"/>
          <w:szCs w:val="20"/>
          <w:lang w:val="it-IT"/>
        </w:rPr>
        <w:t>sottoscritto chi</w:t>
      </w:r>
      <w:r w:rsidR="00CD4CD8">
        <w:rPr>
          <w:sz w:val="20"/>
          <w:szCs w:val="20"/>
          <w:lang w:val="it-IT"/>
        </w:rPr>
        <w:t>ede</w:t>
      </w:r>
      <w:r w:rsidR="00CF0A88" w:rsidRPr="00CF0A88">
        <w:rPr>
          <w:sz w:val="20"/>
          <w:szCs w:val="20"/>
          <w:lang w:val="it-IT"/>
        </w:rPr>
        <w:t xml:space="preserve"> </w:t>
      </w:r>
      <w:r w:rsidR="00CF0A88" w:rsidRPr="00CD4CD8">
        <w:rPr>
          <w:sz w:val="20"/>
          <w:szCs w:val="20"/>
          <w:u w:val="single"/>
          <w:lang w:val="it-IT"/>
        </w:rPr>
        <w:t xml:space="preserve">di </w:t>
      </w:r>
      <w:r w:rsidR="00CD4CD8" w:rsidRPr="00CD4CD8">
        <w:rPr>
          <w:sz w:val="20"/>
          <w:szCs w:val="20"/>
          <w:u w:val="single"/>
          <w:lang w:val="it-IT"/>
        </w:rPr>
        <w:t xml:space="preserve">poter </w:t>
      </w:r>
      <w:r w:rsidR="00CF0A88" w:rsidRPr="00CD4CD8">
        <w:rPr>
          <w:sz w:val="20"/>
          <w:szCs w:val="20"/>
          <w:u w:val="single"/>
          <w:lang w:val="it-IT"/>
        </w:rPr>
        <w:t xml:space="preserve">utilizzare il </w:t>
      </w:r>
      <w:r w:rsidR="00CF0A88" w:rsidRPr="00CD4CD8">
        <w:rPr>
          <w:b/>
          <w:sz w:val="20"/>
          <w:szCs w:val="20"/>
          <w:u w:val="single"/>
          <w:lang w:val="it-IT"/>
        </w:rPr>
        <w:t>m</w:t>
      </w:r>
      <w:r w:rsidR="00DE6EA6" w:rsidRPr="00CD4CD8">
        <w:rPr>
          <w:b/>
          <w:sz w:val="20"/>
          <w:szCs w:val="20"/>
          <w:u w:val="single"/>
          <w:lang w:val="it-IT"/>
        </w:rPr>
        <w:t>ezzo proprio</w:t>
      </w:r>
      <w:r w:rsidR="00CF0A88" w:rsidRPr="00CF0A88">
        <w:rPr>
          <w:sz w:val="20"/>
          <w:szCs w:val="20"/>
          <w:lang w:val="it-IT"/>
        </w:rPr>
        <w:t xml:space="preserve"> per le seguenti motivazioni</w:t>
      </w:r>
      <w:r w:rsidR="00CD4CD8">
        <w:rPr>
          <w:sz w:val="20"/>
          <w:szCs w:val="20"/>
          <w:lang w:val="it-IT"/>
        </w:rPr>
        <w:t>:</w:t>
      </w:r>
      <w:r w:rsidR="00CF0A88" w:rsidRPr="00CF0A88">
        <w:rPr>
          <w:sz w:val="20"/>
          <w:szCs w:val="20"/>
          <w:lang w:val="it-IT"/>
        </w:rPr>
        <w:t xml:space="preserve"> ____________________________________________________________________________________________________________</w:t>
      </w:r>
    </w:p>
    <w:p w14:paraId="29DF89A3" w14:textId="7A857B4A" w:rsidR="00AB1BD1" w:rsidRPr="00CF0A88" w:rsidRDefault="007C3182" w:rsidP="00E77895">
      <w:pPr>
        <w:spacing w:line="360" w:lineRule="auto"/>
        <w:rPr>
          <w:sz w:val="20"/>
          <w:szCs w:val="20"/>
          <w:lang w:val="it-IT"/>
        </w:rPr>
      </w:pPr>
      <w:r w:rsidRPr="00CF0A88">
        <w:rPr>
          <w:sz w:val="20"/>
          <w:szCs w:val="20"/>
          <w:lang w:val="it-IT"/>
        </w:rPr>
        <w:t xml:space="preserve">Le spese sostenute per viaggio, vitto e alloggio saranno rimborsate previa presentazione della documentazione giustificativa, a valere sul seguente </w:t>
      </w:r>
      <w:proofErr w:type="gramStart"/>
      <w:r w:rsidRPr="00CF0A88">
        <w:rPr>
          <w:sz w:val="20"/>
          <w:szCs w:val="20"/>
          <w:lang w:val="it-IT"/>
        </w:rPr>
        <w:t>fondo:</w:t>
      </w:r>
      <w:r w:rsidRPr="00CF0A88">
        <w:rPr>
          <w:sz w:val="20"/>
          <w:szCs w:val="20"/>
          <w:lang w:val="it-IT"/>
        </w:rPr>
        <w:br/>
        <w:t>Fondo</w:t>
      </w:r>
      <w:proofErr w:type="gramEnd"/>
      <w:r w:rsidRPr="00CF0A88">
        <w:rPr>
          <w:sz w:val="20"/>
          <w:szCs w:val="20"/>
          <w:lang w:val="it-IT"/>
        </w:rPr>
        <w:t>/Progetto: _________________________________________________</w:t>
      </w:r>
      <w:r w:rsidRPr="00CF0A88">
        <w:rPr>
          <w:sz w:val="20"/>
          <w:szCs w:val="20"/>
          <w:lang w:val="it-IT"/>
        </w:rPr>
        <w:br/>
      </w:r>
    </w:p>
    <w:p w14:paraId="608853AF" w14:textId="616EA165" w:rsidR="00DE6EA6" w:rsidRPr="00CF0A88" w:rsidRDefault="007C3182" w:rsidP="00E77895">
      <w:pPr>
        <w:spacing w:line="360" w:lineRule="auto"/>
        <w:rPr>
          <w:sz w:val="20"/>
          <w:szCs w:val="20"/>
          <w:lang w:val="it-IT"/>
        </w:rPr>
      </w:pPr>
      <w:r w:rsidRPr="00CF0A88">
        <w:rPr>
          <w:sz w:val="20"/>
          <w:szCs w:val="20"/>
          <w:lang w:val="it-IT"/>
        </w:rPr>
        <w:t>La presente lettera vale quale formale invito e autorizzazione allo svolgimento della missione.</w:t>
      </w:r>
      <w:r w:rsidRPr="00CF0A88">
        <w:rPr>
          <w:sz w:val="20"/>
          <w:szCs w:val="20"/>
          <w:lang w:val="it-IT"/>
        </w:rPr>
        <w:br/>
      </w:r>
      <w:r w:rsidRPr="00CF0A88">
        <w:rPr>
          <w:sz w:val="20"/>
          <w:szCs w:val="20"/>
          <w:lang w:val="it-IT"/>
        </w:rPr>
        <w:br/>
        <w:t xml:space="preserve">Luogo e data: </w:t>
      </w:r>
      <w:r w:rsidR="00E74787">
        <w:rPr>
          <w:sz w:val="20"/>
          <w:szCs w:val="20"/>
          <w:lang w:val="it-IT"/>
        </w:rPr>
        <w:t>…………………………………………………………….</w:t>
      </w:r>
      <w:r w:rsidRPr="00CF0A88">
        <w:rPr>
          <w:sz w:val="20"/>
          <w:szCs w:val="20"/>
          <w:lang w:val="it-IT"/>
        </w:rPr>
        <w:br/>
      </w:r>
      <w:bookmarkStart w:id="0" w:name="_GoBack"/>
      <w:bookmarkEnd w:id="0"/>
      <w:r w:rsidRPr="00CF0A88">
        <w:rPr>
          <w:sz w:val="20"/>
          <w:szCs w:val="20"/>
          <w:lang w:val="it-IT"/>
        </w:rPr>
        <w:br/>
      </w:r>
      <w:r w:rsidR="00827091">
        <w:rPr>
          <w:sz w:val="20"/>
          <w:szCs w:val="20"/>
          <w:lang w:val="it-IT"/>
        </w:rPr>
        <w:t xml:space="preserve">             </w:t>
      </w:r>
      <w:r w:rsidR="00DE6EA6" w:rsidRPr="00CF0A88">
        <w:rPr>
          <w:sz w:val="20"/>
          <w:szCs w:val="20"/>
          <w:lang w:val="it-IT"/>
        </w:rPr>
        <w:t xml:space="preserve">Firma del Direttore </w:t>
      </w:r>
      <w:r w:rsidR="00DE6EA6" w:rsidRPr="00CF0A88">
        <w:rPr>
          <w:sz w:val="20"/>
          <w:szCs w:val="20"/>
          <w:lang w:val="it-IT"/>
        </w:rPr>
        <w:tab/>
      </w:r>
      <w:r w:rsidR="00DE6EA6" w:rsidRPr="00CF0A88">
        <w:rPr>
          <w:sz w:val="20"/>
          <w:szCs w:val="20"/>
          <w:lang w:val="it-IT"/>
        </w:rPr>
        <w:tab/>
      </w:r>
      <w:r w:rsidR="00DE6EA6" w:rsidRPr="00CF0A88">
        <w:rPr>
          <w:sz w:val="20"/>
          <w:szCs w:val="20"/>
          <w:lang w:val="it-IT"/>
        </w:rPr>
        <w:tab/>
      </w:r>
      <w:r w:rsidR="00827091">
        <w:rPr>
          <w:sz w:val="20"/>
          <w:szCs w:val="20"/>
          <w:lang w:val="it-IT"/>
        </w:rPr>
        <w:tab/>
      </w:r>
      <w:r w:rsidR="00827091">
        <w:rPr>
          <w:sz w:val="20"/>
          <w:szCs w:val="20"/>
          <w:lang w:val="it-IT"/>
        </w:rPr>
        <w:tab/>
      </w:r>
      <w:r w:rsidR="00827091">
        <w:rPr>
          <w:sz w:val="20"/>
          <w:szCs w:val="20"/>
          <w:lang w:val="it-IT"/>
        </w:rPr>
        <w:tab/>
      </w:r>
      <w:r w:rsidRPr="00CF0A88">
        <w:rPr>
          <w:sz w:val="20"/>
          <w:szCs w:val="20"/>
          <w:lang w:val="it-IT"/>
        </w:rPr>
        <w:t>Firma del Responsabile</w:t>
      </w:r>
      <w:r w:rsidR="00DE6EA6" w:rsidRPr="00CF0A88">
        <w:rPr>
          <w:sz w:val="20"/>
          <w:szCs w:val="20"/>
          <w:lang w:val="it-IT"/>
        </w:rPr>
        <w:t xml:space="preserve"> </w:t>
      </w:r>
      <w:r w:rsidR="00827091">
        <w:rPr>
          <w:sz w:val="20"/>
          <w:szCs w:val="20"/>
          <w:lang w:val="it-IT"/>
        </w:rPr>
        <w:t>F</w:t>
      </w:r>
      <w:r w:rsidR="00DE6EA6" w:rsidRPr="00CF0A88">
        <w:rPr>
          <w:sz w:val="20"/>
          <w:szCs w:val="20"/>
          <w:lang w:val="it-IT"/>
        </w:rPr>
        <w:t>ondo</w:t>
      </w:r>
      <w:r w:rsidRPr="00CF0A88">
        <w:rPr>
          <w:sz w:val="20"/>
          <w:szCs w:val="20"/>
          <w:lang w:val="it-IT"/>
        </w:rPr>
        <w:br/>
        <w:t>________</w:t>
      </w:r>
      <w:r w:rsidR="00827091">
        <w:rPr>
          <w:sz w:val="20"/>
          <w:szCs w:val="20"/>
          <w:lang w:val="it-IT"/>
        </w:rPr>
        <w:t>_________</w:t>
      </w:r>
      <w:r w:rsidRPr="00CF0A88">
        <w:rPr>
          <w:sz w:val="20"/>
          <w:szCs w:val="20"/>
          <w:lang w:val="it-IT"/>
        </w:rPr>
        <w:t>____________________</w:t>
      </w:r>
      <w:r w:rsidR="00DE6EA6" w:rsidRPr="00CF0A88">
        <w:rPr>
          <w:sz w:val="20"/>
          <w:szCs w:val="20"/>
          <w:lang w:val="it-IT"/>
        </w:rPr>
        <w:t xml:space="preserve">                                                        </w:t>
      </w:r>
      <w:r w:rsidR="00CF0A88">
        <w:rPr>
          <w:sz w:val="20"/>
          <w:szCs w:val="20"/>
          <w:lang w:val="it-IT"/>
        </w:rPr>
        <w:t xml:space="preserve">  </w:t>
      </w:r>
      <w:r w:rsidR="00827091">
        <w:rPr>
          <w:sz w:val="20"/>
          <w:szCs w:val="20"/>
          <w:lang w:val="it-IT"/>
        </w:rPr>
        <w:t xml:space="preserve">                         ______</w:t>
      </w:r>
      <w:r w:rsidR="00CF0A88">
        <w:rPr>
          <w:sz w:val="20"/>
          <w:szCs w:val="20"/>
          <w:lang w:val="it-IT"/>
        </w:rPr>
        <w:t>____</w:t>
      </w:r>
      <w:r w:rsidR="00DE6EA6" w:rsidRPr="00CF0A88">
        <w:rPr>
          <w:sz w:val="20"/>
          <w:szCs w:val="20"/>
          <w:lang w:val="it-IT"/>
        </w:rPr>
        <w:t>____________________________</w:t>
      </w:r>
      <w:r w:rsidRPr="00CF0A88">
        <w:rPr>
          <w:sz w:val="20"/>
          <w:szCs w:val="20"/>
          <w:lang w:val="it-IT"/>
        </w:rPr>
        <w:br/>
      </w:r>
    </w:p>
    <w:p w14:paraId="1F8649DD" w14:textId="0D2103C3" w:rsidR="00AB1BD1" w:rsidRPr="00CF0A88" w:rsidRDefault="007C3182" w:rsidP="00E77895">
      <w:pPr>
        <w:spacing w:line="360" w:lineRule="auto"/>
        <w:rPr>
          <w:sz w:val="20"/>
          <w:szCs w:val="20"/>
          <w:lang w:val="it-IT"/>
        </w:rPr>
      </w:pPr>
      <w:r w:rsidRPr="00CF0A88">
        <w:rPr>
          <w:sz w:val="20"/>
          <w:szCs w:val="20"/>
          <w:lang w:val="it-IT"/>
        </w:rPr>
        <w:br/>
      </w:r>
      <w:r w:rsidR="00827091">
        <w:rPr>
          <w:sz w:val="20"/>
          <w:szCs w:val="20"/>
          <w:lang w:val="it-IT"/>
        </w:rPr>
        <w:t xml:space="preserve">         </w:t>
      </w:r>
      <w:r w:rsidRPr="00CF0A88">
        <w:rPr>
          <w:sz w:val="20"/>
          <w:szCs w:val="20"/>
          <w:lang w:val="it-IT"/>
        </w:rPr>
        <w:t>Firma per accettazione</w:t>
      </w:r>
      <w:r w:rsidRPr="00CF0A88">
        <w:rPr>
          <w:sz w:val="20"/>
          <w:szCs w:val="20"/>
          <w:lang w:val="it-IT"/>
        </w:rPr>
        <w:br/>
        <w:t>_</w:t>
      </w:r>
      <w:r w:rsidR="00827091">
        <w:rPr>
          <w:sz w:val="20"/>
          <w:szCs w:val="20"/>
          <w:lang w:val="it-IT"/>
        </w:rPr>
        <w:t>_________</w:t>
      </w:r>
      <w:r w:rsidRPr="00CF0A88">
        <w:rPr>
          <w:sz w:val="20"/>
          <w:szCs w:val="20"/>
          <w:lang w:val="it-IT"/>
        </w:rPr>
        <w:t>___________________________</w:t>
      </w:r>
      <w:r w:rsidRPr="00CF0A88">
        <w:rPr>
          <w:sz w:val="20"/>
          <w:szCs w:val="20"/>
          <w:lang w:val="it-IT"/>
        </w:rPr>
        <w:br/>
      </w:r>
    </w:p>
    <w:sectPr w:rsidR="00AB1BD1" w:rsidRPr="00CF0A88" w:rsidSect="00CF0A88">
      <w:headerReference w:type="default" r:id="rId9"/>
      <w:pgSz w:w="12240" w:h="15840"/>
      <w:pgMar w:top="1134" w:right="1325" w:bottom="426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4EE969" w14:textId="77777777" w:rsidR="003755CE" w:rsidRDefault="003755CE" w:rsidP="00DE6EA6">
      <w:pPr>
        <w:spacing w:after="0" w:line="240" w:lineRule="auto"/>
      </w:pPr>
      <w:r>
        <w:separator/>
      </w:r>
    </w:p>
  </w:endnote>
  <w:endnote w:type="continuationSeparator" w:id="0">
    <w:p w14:paraId="69E09066" w14:textId="77777777" w:rsidR="003755CE" w:rsidRDefault="003755CE" w:rsidP="00DE6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60409020205020404"/>
    <w:charset w:val="00"/>
    <w:family w:val="modern"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46EFEB" w14:textId="77777777" w:rsidR="003755CE" w:rsidRDefault="003755CE" w:rsidP="00DE6EA6">
      <w:pPr>
        <w:spacing w:after="0" w:line="240" w:lineRule="auto"/>
      </w:pPr>
      <w:r>
        <w:separator/>
      </w:r>
    </w:p>
  </w:footnote>
  <w:footnote w:type="continuationSeparator" w:id="0">
    <w:p w14:paraId="57B8738C" w14:textId="77777777" w:rsidR="003755CE" w:rsidRDefault="003755CE" w:rsidP="00DE6E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452727" w14:textId="7F5A4450" w:rsidR="00DE6EA6" w:rsidRDefault="00DE6EA6" w:rsidP="00DE6EA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 wp14:anchorId="672B7A3E" wp14:editId="5D4EB3F1">
          <wp:extent cx="4664209" cy="835611"/>
          <wp:effectExtent l="0" t="0" r="3175" b="3175"/>
          <wp:docPr id="7" name="Immagine 7" descr="Immagine che contiene testo, Carattere, simbol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magine 18" descr="Immagine che contiene testo, Carattere, simbolo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55653" cy="8519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A0F4622"/>
    <w:multiLevelType w:val="hybridMultilevel"/>
    <w:tmpl w:val="328802F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438A1"/>
    <w:rsid w:val="003755CE"/>
    <w:rsid w:val="00397DE8"/>
    <w:rsid w:val="0048381A"/>
    <w:rsid w:val="00487597"/>
    <w:rsid w:val="00784C9B"/>
    <w:rsid w:val="007A7789"/>
    <w:rsid w:val="007C3182"/>
    <w:rsid w:val="00827091"/>
    <w:rsid w:val="00AA1D8D"/>
    <w:rsid w:val="00AA406A"/>
    <w:rsid w:val="00AB1BD1"/>
    <w:rsid w:val="00B47730"/>
    <w:rsid w:val="00CB0664"/>
    <w:rsid w:val="00CD4CD8"/>
    <w:rsid w:val="00CF0A88"/>
    <w:rsid w:val="00DE6EA6"/>
    <w:rsid w:val="00DF7F2B"/>
    <w:rsid w:val="00E74787"/>
    <w:rsid w:val="00E77895"/>
    <w:rsid w:val="00EC5B10"/>
    <w:rsid w:val="00FC693F"/>
    <w:rsid w:val="00FF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BD805B"/>
  <w14:defaultImageDpi w14:val="300"/>
  <w15:docId w15:val="{42C2F52D-DA3F-449E-9DCB-1B565AF06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llegamentoipertestuale">
    <w:name w:val="Hyperlink"/>
    <w:basedOn w:val="Carpredefinitoparagrafo"/>
    <w:uiPriority w:val="99"/>
    <w:unhideWhenUsed/>
    <w:rsid w:val="00DE6EA6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E6E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tu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5B093D0-6F80-4CB8-9394-0E3731C52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2007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Daniele Melaragni</cp:lastModifiedBy>
  <cp:revision>12</cp:revision>
  <dcterms:created xsi:type="dcterms:W3CDTF">2013-12-23T23:15:00Z</dcterms:created>
  <dcterms:modified xsi:type="dcterms:W3CDTF">2026-01-13T14:11:00Z</dcterms:modified>
  <cp:category/>
</cp:coreProperties>
</file>